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מפה חברתית וכיצד היא מראה קשרים בין חברים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כמו שייכות, חוסן וקשר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כיצד מפה חברתית יכולה לעזור למורה לחזק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מי הייתי רוצה לשבת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לוחצים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רואים את כל הקשרים בין כל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לשמור על פרטיות ורגשות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דמות בחרה בשני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הדרך לגלות את הבחירות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הדמויות בדויות ואין להן זהות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הכפתור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המטרה של כלי 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(פנדה)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(צפרדע)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(ינשוף)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פרטיות התלמידים, למנוע פגיעה ברגשות ולאפשר למורה להבין קשרים בלי לחשוף מי בחר במי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יזהה תלמיד שלא נבחר הרבה, ויציע פעילות קבוצתית או שיבוץ שיעזור לו להרגיש שייך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שמפה חברתית מראה קשרים בין חברים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שמירה על פרטיות ורגשות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ששתי דמויות בחרו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 בכיתה ולבקש מהתלמידים לנחש קשרים לפני הלחיצה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שהדמויות בדויות ושזה כלי להבנת מושגים ולא איסוף מידע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בדיון הפתוח כדי לחבר את המשחק לתחושת שייכות בכיתה האמיתית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עם כיתה מדומיינת. כל ילד בחר בסוד שני חברים לשבת איתם בטיול. לוחצים על דמות ורואים את הבחירות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מי בחר במי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שאני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הדדי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אנשים בחרו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בדויה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שאינה אמיתית, לדוגמה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אנונימיות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סוד הזהות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שבחרתי שהייתי רוצה להיות איתו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כל דמות ענתה?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מי הייתי רוצה לשבת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הכי טוב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המורה האהוב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הציון הכי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כל דמות בחרה?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בחירה בלתי מוגבלת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רואים את הבחירות של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בלחיצה על הכפתור המיוחד?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את כל הקשרים בין כל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המשחק מתחיל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דמות אחת מוצגת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שומרים על הסוד בכיתה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על פרטיות ורגשות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מספיק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רק חוק של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השמות סודיים מהמורה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דמות בחרה בדיוק בחבר אחד לשבת איתו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כל דמות כדי לראות את הבחירות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הדמויות ברשת הכיתה הן תלמידים אמיתיים עם שם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'מההתחלה' מאפס את המשחק לנקודת 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חברתית יכולה לעזור להבין קשרים ושייכות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בכיתה הדמיונית יש __________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דמות ענתה בסוד על השאלה עם מי הייתי רוצה __________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הדמות שמיוצגת כפנדה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הדמות שמיוצגת כינשוף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רגשות התלמידים, מפה חברתית אמיתית לא מציגה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פנדה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צפרדע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ינשוף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שבמפה חברתית אמיתית השמות יישארו בסוד?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ידיעה על הרשת החברתית בכיתה יכולה לעזור למורה לחזק שייכות של תלמיד שמרגיש בודד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מפה חברתית ולמה היא יכולה לעזור?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בכיתה אמיתית לא מציגים שמות במפה כזו?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קשר הדדי בין שתי דמויות נראה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החברתית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